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B70388" w14:textId="1A1046EF" w:rsidR="00CF4E28" w:rsidRPr="00CB2AA9" w:rsidRDefault="008D0355" w:rsidP="00947F85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Tájékoztató az angol nyelvi osztályozóvizsgákkal kapcsolatban</w:t>
      </w:r>
      <w:r w:rsidR="00CF4E28" w:rsidRPr="00CB2AA9">
        <w:rPr>
          <w:rFonts w:ascii="Times New Roman" w:hAnsi="Times New Roman" w:cs="Times New Roman"/>
          <w:b/>
          <w:bCs/>
          <w:sz w:val="24"/>
          <w:szCs w:val="24"/>
        </w:rPr>
        <w:t xml:space="preserve"> (11. évfolyam)</w:t>
      </w:r>
      <w:r w:rsidR="00CF4E28" w:rsidRPr="00CB2AA9">
        <w:rPr>
          <w:rFonts w:ascii="Times New Roman" w:hAnsi="Times New Roman" w:cs="Times New Roman"/>
          <w:sz w:val="24"/>
          <w:szCs w:val="24"/>
        </w:rPr>
        <w:t xml:space="preserve"> </w:t>
      </w:r>
      <w:r w:rsidR="00CF4E28" w:rsidRPr="00CB2AA9">
        <w:rPr>
          <w:rFonts w:ascii="Times New Roman" w:hAnsi="Times New Roman" w:cs="Times New Roman"/>
          <w:sz w:val="24"/>
          <w:szCs w:val="24"/>
        </w:rPr>
        <w:br/>
        <w:t>Az előrehozott érettségi megkezdéséhez az alábbi vizsgák szükségesek:</w:t>
      </w:r>
      <w:r w:rsidR="00C205F7">
        <w:rPr>
          <w:noProof/>
        </w:rPr>
      </w:r>
      <w:r w:rsidR="00C205F7">
        <w:pict w14:anchorId="3D50A989">
          <v:rect id="Horizontal Line 1" o:spid="_x0000_s1030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60F619A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b/>
          <w:bCs/>
          <w:sz w:val="28"/>
          <w:szCs w:val="28"/>
          <w:lang w:val="hu-HU"/>
        </w:rPr>
        <w:t>Teszt 1:</w:t>
      </w: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CB2AA9">
        <w:rPr>
          <w:rFonts w:ascii="Times New Roman" w:hAnsi="Times New Roman" w:cs="Times New Roman"/>
          <w:i/>
          <w:iCs/>
          <w:sz w:val="24"/>
          <w:szCs w:val="24"/>
          <w:lang w:val="hu-HU"/>
        </w:rPr>
        <w:t>(a 11-es jegyhez, a 11. évfolyam anyagából)</w:t>
      </w:r>
    </w:p>
    <w:p w14:paraId="5A9CA72C" w14:textId="77777777" w:rsidR="00CB2AA9" w:rsidRDefault="00CF4E28" w:rsidP="00CB2A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>Tananyag:</w:t>
      </w:r>
      <w:r w:rsidR="00A8404E"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A8404E" w:rsidRPr="00CB2AA9">
        <w:rPr>
          <w:rFonts w:ascii="Times New Roman" w:hAnsi="Times New Roman" w:cs="Times New Roman"/>
          <w:sz w:val="24"/>
          <w:szCs w:val="24"/>
        </w:rPr>
        <w:t>a jelen kurzuskönyv és munkafüzet tananyaga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br/>
      </w:r>
    </w:p>
    <w:p w14:paraId="4CF3416D" w14:textId="46C633E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Nyelvtani szerkezetek listája </w:t>
      </w:r>
    </w:p>
    <w:p w14:paraId="2B21D74E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hyperlink r:id="rId6" w:tgtFrame="_new" w:history="1">
        <w:r w:rsidRPr="00CB2AA9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https://dload-oktatas.educatio.hu/erettsegi/nyilvanos_anyagok_2026tavasz/2810_angol_nyelv_nyelvtani_szerkezetek_2026maj.pdf</w:t>
        </w:r>
      </w:hyperlink>
    </w:p>
    <w:p w14:paraId="4C4D839B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sz w:val="24"/>
          <w:szCs w:val="24"/>
          <w:lang w:val="hu-HU"/>
        </w:rPr>
        <w:t xml:space="preserve">A tesztet a </w:t>
      </w: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>tanulók tanóra keretében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t xml:space="preserve"> írják meg. (április)</w:t>
      </w:r>
    </w:p>
    <w:p w14:paraId="54BEBAF5" w14:textId="77777777" w:rsidR="00CF4E28" w:rsidRPr="00CB2AA9" w:rsidRDefault="00C205F7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noProof/>
        </w:rPr>
      </w:r>
      <w:r>
        <w:pict w14:anchorId="15F5FBBF">
          <v:rect id="Horizontal Line 2" o:spid="_x0000_s1029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4172731" w14:textId="77777777" w:rsidR="00CF4E28" w:rsidRPr="00947F85" w:rsidRDefault="00CF4E28" w:rsidP="00947F85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b/>
          <w:bCs/>
          <w:sz w:val="28"/>
          <w:szCs w:val="28"/>
          <w:lang w:val="hu-HU"/>
        </w:rPr>
        <w:t>Teszt 2:</w:t>
      </w:r>
      <w:r w:rsidRPr="00947F8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947F85">
        <w:rPr>
          <w:rFonts w:ascii="Times New Roman" w:hAnsi="Times New Roman" w:cs="Times New Roman"/>
          <w:sz w:val="24"/>
          <w:szCs w:val="24"/>
          <w:lang w:val="hu-HU"/>
        </w:rPr>
        <w:t>(a 12-es jegyhez, a 12. évfolyam anyagából)</w:t>
      </w:r>
    </w:p>
    <w:p w14:paraId="774742A3" w14:textId="77777777" w:rsidR="00CF4E28" w:rsidRPr="00947F85" w:rsidRDefault="00CF4E28" w:rsidP="00947F85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b/>
          <w:bCs/>
          <w:sz w:val="24"/>
          <w:szCs w:val="24"/>
          <w:lang w:val="hu-HU"/>
        </w:rPr>
        <w:t>Írásbeli teszt (90 perc):</w:t>
      </w:r>
    </w:p>
    <w:p w14:paraId="03D45E21" w14:textId="77777777" w:rsidR="00CF4E28" w:rsidRPr="00947F85" w:rsidRDefault="00CF4E28" w:rsidP="00947F85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sz w:val="24"/>
          <w:szCs w:val="24"/>
          <w:lang w:val="hu-HU"/>
        </w:rPr>
        <w:t>hallott szövegértés</w:t>
      </w:r>
    </w:p>
    <w:p w14:paraId="052BD5A8" w14:textId="77777777" w:rsidR="00CF4E28" w:rsidRPr="00947F85" w:rsidRDefault="00CF4E28" w:rsidP="00947F85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sz w:val="24"/>
          <w:szCs w:val="24"/>
          <w:lang w:val="hu-HU"/>
        </w:rPr>
        <w:t>olvasott szövegértés</w:t>
      </w:r>
    </w:p>
    <w:p w14:paraId="7DB05450" w14:textId="77777777" w:rsidR="00CF4E28" w:rsidRPr="00947F85" w:rsidRDefault="00CF4E28" w:rsidP="00947F85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sz w:val="24"/>
          <w:szCs w:val="24"/>
          <w:lang w:val="hu-HU"/>
        </w:rPr>
        <w:t>nyelvtan és szókincs</w:t>
      </w:r>
    </w:p>
    <w:p w14:paraId="709F696F" w14:textId="77777777" w:rsidR="00CF4E28" w:rsidRPr="00947F85" w:rsidRDefault="00CF4E28" w:rsidP="00947F85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947F85">
        <w:rPr>
          <w:rFonts w:ascii="Times New Roman" w:hAnsi="Times New Roman" w:cs="Times New Roman"/>
          <w:sz w:val="24"/>
          <w:szCs w:val="24"/>
          <w:lang w:val="hu-HU"/>
        </w:rPr>
        <w:t>irányított fogalmazás (nyomtatott szótár használható)</w:t>
      </w:r>
    </w:p>
    <w:p w14:paraId="2E9CC894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>Szóbeli vizsga: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br/>
        <w:t>irányított beszélgetés egy vagy több képről/képekről.</w:t>
      </w:r>
    </w:p>
    <w:p w14:paraId="7D395CAD" w14:textId="77777777" w:rsidR="00CB2AA9" w:rsidRDefault="002B63AD" w:rsidP="00CB2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Ajánlott kurzuskönyvek</w:t>
      </w:r>
      <w:r w:rsidR="00B870E1"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:</w:t>
      </w:r>
    </w:p>
    <w:p w14:paraId="3AA81C98" w14:textId="0895FDE1" w:rsidR="00CB2AA9" w:rsidRPr="008D2DD0" w:rsidRDefault="00CB2AA9" w:rsidP="00CB2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2D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felkészüléshez bármilyen, a csoport szintjének megfelelő </w:t>
      </w:r>
      <w:r w:rsidRPr="008D2D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B1 vagy B2 szintű kurzuskönyv</w:t>
      </w:r>
      <w:r w:rsidRPr="008D2D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annak munkafüzete használható, például:</w:t>
      </w:r>
    </w:p>
    <w:p w14:paraId="2BD9AC58" w14:textId="314DE6B5" w:rsidR="002B63AD" w:rsidRPr="00CB2AA9" w:rsidRDefault="002B63AD" w:rsidP="00CB2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Matura Leader B1</w:t>
      </w:r>
      <w:r w:rsidR="00B870E1"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B2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Oxford Exam Trainer (B1 vagy B2)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Oxford Exam Excellence</w:t>
      </w:r>
    </w:p>
    <w:p w14:paraId="58B57EEA" w14:textId="77777777" w:rsidR="002B63AD" w:rsidRPr="00CB2AA9" w:rsidRDefault="00C205F7" w:rsidP="00CB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noProof/>
        </w:rPr>
      </w:r>
      <w:r>
        <w:pict w14:anchorId="51E9A28A">
          <v:rect id="Horizontal Line 3" o:spid="_x0000_s1028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5D2B3C5" w14:textId="77777777" w:rsidR="002B63AD" w:rsidRPr="00CB2AA9" w:rsidRDefault="002B63AD" w:rsidP="00CB2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Vizsgaidőpontok</w:t>
      </w:r>
    </w:p>
    <w:p w14:paraId="3F476176" w14:textId="2C42BA72" w:rsidR="002B63AD" w:rsidRPr="00CB2AA9" w:rsidRDefault="002B63AD" w:rsidP="00CB2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Írásbeli vizsga: </w:t>
      </w: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 xml:space="preserve">2026. </w:t>
      </w:r>
      <w:r w:rsidR="00451912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augusztus 28.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Szóbeli vizsgák: </w:t>
      </w: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 xml:space="preserve">2026. </w:t>
      </w:r>
      <w:r w:rsidR="00451912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augusztus 28.</w:t>
      </w:r>
    </w:p>
    <w:p w14:paraId="3072BDFD" w14:textId="77777777" w:rsidR="002B63AD" w:rsidRPr="00CB2AA9" w:rsidRDefault="00C205F7" w:rsidP="00CB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noProof/>
        </w:rPr>
      </w:r>
      <w:r>
        <w:pict w14:anchorId="50F59014">
          <v:rect id="Horizontal Line 4" o:spid="_x0000_s1027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CEF6FBF" w14:textId="77777777" w:rsidR="002B63AD" w:rsidRPr="00CB2AA9" w:rsidRDefault="002B63AD" w:rsidP="00CB2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Fontos tudnivalók</w:t>
      </w:r>
    </w:p>
    <w:p w14:paraId="489ECE40" w14:textId="77777777" w:rsidR="002B63AD" w:rsidRPr="00CB2AA9" w:rsidRDefault="002B63AD" w:rsidP="00CB2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Kérünk minden vizsgázót, hogy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– az írásbeli vizsgára </w:t>
      </w: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nyomtatott szótárt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hozzon magával;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– az írásbeli vizsga kezdete előtt </w:t>
      </w:r>
      <w:r w:rsidRPr="00CB2AA9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legalább 15 perccel</w:t>
      </w:r>
      <w:r w:rsidRPr="00CB2AA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jelenjen meg a vizsgaterem előtt.</w:t>
      </w:r>
    </w:p>
    <w:p w14:paraId="4FC795FB" w14:textId="77CD5BDD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>Nyelvtani szerkezetek listája</w:t>
      </w:r>
      <w:r w:rsidR="00CB2AA9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</w:p>
    <w:p w14:paraId="36D18B36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hyperlink r:id="rId7" w:tgtFrame="_new" w:history="1">
        <w:r w:rsidRPr="00CB2AA9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https://dload-oktatas.educatio.hu/erettsegi/nyilvanos_anyagok_2026tavasz/2810_angol_nyelv_nyelvtani_szerkezetek_2026maj.pdf</w:t>
        </w:r>
      </w:hyperlink>
    </w:p>
    <w:p w14:paraId="1FD665F8" w14:textId="77777777" w:rsidR="00CF4E28" w:rsidRPr="00CB2AA9" w:rsidRDefault="00C205F7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noProof/>
        </w:rPr>
      </w:r>
      <w:r>
        <w:pict w14:anchorId="2AF95621">
          <v:rect id="Horizontal Line 5" o:spid="_x0000_s1026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C31F159" w14:textId="62A8497D" w:rsidR="004A15A7" w:rsidRDefault="00CF4E28" w:rsidP="004A1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15A7">
        <w:rPr>
          <w:rFonts w:ascii="Times New Roman" w:hAnsi="Times New Roman" w:cs="Times New Roman"/>
          <w:b/>
          <w:bCs/>
          <w:sz w:val="28"/>
          <w:szCs w:val="28"/>
          <w:lang w:val="hu-HU"/>
        </w:rPr>
        <w:t>Hasznos hivatalos linkek:</w:t>
      </w:r>
      <w:r w:rsidR="004A15A7">
        <w:rPr>
          <w:rFonts w:ascii="Times New Roman" w:hAnsi="Times New Roman" w:cs="Times New Roman"/>
          <w:b/>
          <w:bCs/>
          <w:sz w:val="24"/>
          <w:szCs w:val="24"/>
          <w:lang w:val="hu-HU"/>
        </w:rPr>
        <w:br/>
      </w:r>
      <w:r w:rsidR="004A15A7">
        <w:rPr>
          <w:rFonts w:ascii="Times New Roman" w:hAnsi="Times New Roman" w:cs="Times New Roman"/>
          <w:b/>
          <w:bCs/>
          <w:sz w:val="24"/>
          <w:szCs w:val="24"/>
          <w:lang w:val="hu-HU"/>
        </w:rPr>
        <w:br/>
      </w:r>
      <w:r w:rsidR="004A15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="004A15A7" w:rsidRPr="004A15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Érettségi vizsgaszabályzat:</w:t>
      </w:r>
      <w:r w:rsidR="004A15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8" w:history="1">
        <w:r w:rsidR="004A15A7" w:rsidRPr="00FF0808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https://njt.hu/jogszabaly/1997-100-20-22</w:t>
        </w:r>
      </w:hyperlink>
    </w:p>
    <w:p w14:paraId="0802510C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8C6AF9">
        <w:rPr>
          <w:rFonts w:ascii="Times New Roman" w:hAnsi="Times New Roman" w:cs="Times New Roman"/>
          <w:b/>
          <w:bCs/>
          <w:sz w:val="24"/>
          <w:szCs w:val="24"/>
          <w:lang w:val="hu-HU"/>
        </w:rPr>
        <w:t>A 2026. május–júniusi érettségi vizsgák nyilvánosságra hozott anyagai: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br/>
      </w:r>
      <w:hyperlink r:id="rId9" w:tgtFrame="_new" w:history="1">
        <w:r w:rsidRPr="00CB2AA9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https://www.oktatas.hu/kozneveles/erettsegi/2026tavaszi_vizsgaidoszak/2026tavasz_nyilvanos_anyagok_listaja?printMode=true</w:t>
        </w:r>
      </w:hyperlink>
    </w:p>
    <w:p w14:paraId="5BEBF992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AF9">
        <w:rPr>
          <w:rFonts w:ascii="Times New Roman" w:hAnsi="Times New Roman" w:cs="Times New Roman"/>
          <w:b/>
          <w:bCs/>
          <w:sz w:val="24"/>
          <w:szCs w:val="24"/>
          <w:lang w:val="hu-HU"/>
        </w:rPr>
        <w:t>Az érettségi vizsgatárgyak vizsgakövetelményei:</w:t>
      </w:r>
      <w:r w:rsidRPr="008C6AF9">
        <w:rPr>
          <w:rFonts w:ascii="Times New Roman" w:hAnsi="Times New Roman" w:cs="Times New Roman"/>
          <w:b/>
          <w:bCs/>
          <w:sz w:val="24"/>
          <w:szCs w:val="24"/>
          <w:lang w:val="hu-HU"/>
        </w:rPr>
        <w:br/>
      </w:r>
      <w:hyperlink r:id="rId10" w:tgtFrame="_new" w:history="1">
        <w:r w:rsidRPr="00CB2AA9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https://www.oktatas.hu/kozneveles/erettsegi/altalanos_tajekoztatas/erettsegi_vizsgatargyak</w:t>
        </w:r>
      </w:hyperlink>
    </w:p>
    <w:p w14:paraId="06D2496F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8C6AF9">
        <w:rPr>
          <w:rFonts w:ascii="Times New Roman" w:hAnsi="Times New Roman" w:cs="Times New Roman"/>
          <w:b/>
          <w:bCs/>
          <w:sz w:val="24"/>
          <w:szCs w:val="24"/>
          <w:lang w:val="hu-HU"/>
        </w:rPr>
        <w:t>Nyelvtani szerkezetek: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br/>
      </w:r>
      <w:hyperlink r:id="rId11" w:tgtFrame="_new" w:history="1">
        <w:r w:rsidRPr="00CB2AA9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https://dload-oktatas.educatio.hu/erettsegi/nyilvanos_anyagok_2026tavasz/2810_angol_nyelv_nyelvtani_szerkezetek_2026maj.pdf</w:t>
        </w:r>
      </w:hyperlink>
    </w:p>
    <w:p w14:paraId="4C57D04F" w14:textId="4F89F9F2" w:rsidR="00CF4E28" w:rsidRDefault="00CF4E28" w:rsidP="00CB2AA9">
      <w:pPr>
        <w:spacing w:line="240" w:lineRule="auto"/>
        <w:rPr>
          <w:rFonts w:ascii="Times New Roman" w:hAnsi="Times New Roman" w:cs="Times New Roman"/>
        </w:rPr>
      </w:pPr>
      <w:r w:rsidRPr="008C6AF9">
        <w:rPr>
          <w:rFonts w:ascii="Times New Roman" w:hAnsi="Times New Roman" w:cs="Times New Roman"/>
          <w:b/>
          <w:bCs/>
          <w:sz w:val="24"/>
          <w:szCs w:val="24"/>
          <w:lang w:val="hu-HU"/>
        </w:rPr>
        <w:t>Korábbi érettségi feladatsorok:</w:t>
      </w:r>
      <w:r w:rsidRPr="00CB2AA9">
        <w:rPr>
          <w:rFonts w:ascii="Times New Roman" w:hAnsi="Times New Roman" w:cs="Times New Roman"/>
          <w:sz w:val="24"/>
          <w:szCs w:val="24"/>
          <w:lang w:val="hu-HU"/>
        </w:rPr>
        <w:br/>
      </w:r>
      <w:hyperlink r:id="rId12" w:history="1">
        <w:r w:rsidR="008C6AF9" w:rsidRPr="00C56468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https://www.oktatas.hu/kozneveles/erettsegi/feladatsoro</w:t>
        </w:r>
        <w:r w:rsidR="008C6AF9" w:rsidRPr="00C56468">
          <w:rPr>
            <w:rStyle w:val="Hiperhivatkozs"/>
            <w:rFonts w:ascii="Times New Roman" w:hAnsi="Times New Roman" w:cs="Times New Roman"/>
          </w:rPr>
          <w:t>k</w:t>
        </w:r>
      </w:hyperlink>
    </w:p>
    <w:p w14:paraId="6ACD7478" w14:textId="77777777" w:rsidR="008C6AF9" w:rsidRDefault="008C6AF9" w:rsidP="00CB2AA9">
      <w:pPr>
        <w:spacing w:line="240" w:lineRule="auto"/>
        <w:rPr>
          <w:rFonts w:ascii="Times New Roman" w:hAnsi="Times New Roman" w:cs="Times New Roman"/>
        </w:rPr>
      </w:pPr>
    </w:p>
    <w:p w14:paraId="33F064B0" w14:textId="77777777" w:rsidR="008C6AF9" w:rsidRPr="00CB2AA9" w:rsidRDefault="008C6AF9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14:paraId="5FDF4E40" w14:textId="77777777" w:rsidR="00CF4E28" w:rsidRPr="00CB2AA9" w:rsidRDefault="00CF4E28" w:rsidP="00CB2AA9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14:paraId="5AE1D1F2" w14:textId="7A95B4E5" w:rsidR="00884EB0" w:rsidRPr="002B63AD" w:rsidRDefault="00884EB0" w:rsidP="00CF4E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84EB0" w:rsidRPr="002B63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7A2783"/>
    <w:multiLevelType w:val="multilevel"/>
    <w:tmpl w:val="0DF2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00313"/>
    <w:multiLevelType w:val="multilevel"/>
    <w:tmpl w:val="55F0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562AA"/>
    <w:multiLevelType w:val="hybridMultilevel"/>
    <w:tmpl w:val="A7A016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0037D"/>
    <w:multiLevelType w:val="hybridMultilevel"/>
    <w:tmpl w:val="F0FA3B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13C21"/>
    <w:multiLevelType w:val="multilevel"/>
    <w:tmpl w:val="E652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CF1713"/>
    <w:multiLevelType w:val="multilevel"/>
    <w:tmpl w:val="C46C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100542">
    <w:abstractNumId w:val="8"/>
  </w:num>
  <w:num w:numId="2" w16cid:durableId="1748501241">
    <w:abstractNumId w:val="6"/>
  </w:num>
  <w:num w:numId="3" w16cid:durableId="420880632">
    <w:abstractNumId w:val="5"/>
  </w:num>
  <w:num w:numId="4" w16cid:durableId="39861449">
    <w:abstractNumId w:val="4"/>
  </w:num>
  <w:num w:numId="5" w16cid:durableId="1169711856">
    <w:abstractNumId w:val="7"/>
  </w:num>
  <w:num w:numId="6" w16cid:durableId="1418673961">
    <w:abstractNumId w:val="3"/>
  </w:num>
  <w:num w:numId="7" w16cid:durableId="1605461751">
    <w:abstractNumId w:val="2"/>
  </w:num>
  <w:num w:numId="8" w16cid:durableId="1687318531">
    <w:abstractNumId w:val="1"/>
  </w:num>
  <w:num w:numId="9" w16cid:durableId="1304429003">
    <w:abstractNumId w:val="0"/>
  </w:num>
  <w:num w:numId="10" w16cid:durableId="1753962422">
    <w:abstractNumId w:val="13"/>
  </w:num>
  <w:num w:numId="11" w16cid:durableId="1379821993">
    <w:abstractNumId w:val="11"/>
  </w:num>
  <w:num w:numId="12" w16cid:durableId="1456021143">
    <w:abstractNumId w:val="14"/>
  </w:num>
  <w:num w:numId="13" w16cid:durableId="554781505">
    <w:abstractNumId w:val="9"/>
  </w:num>
  <w:num w:numId="14" w16cid:durableId="272637265">
    <w:abstractNumId w:val="10"/>
  </w:num>
  <w:num w:numId="15" w16cid:durableId="159346421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7A7"/>
    <w:rsid w:val="00034616"/>
    <w:rsid w:val="00042DD1"/>
    <w:rsid w:val="0006063C"/>
    <w:rsid w:val="0015074B"/>
    <w:rsid w:val="002246E9"/>
    <w:rsid w:val="00233F97"/>
    <w:rsid w:val="0029639D"/>
    <w:rsid w:val="002B63AD"/>
    <w:rsid w:val="00326F90"/>
    <w:rsid w:val="00352B4B"/>
    <w:rsid w:val="00383438"/>
    <w:rsid w:val="00391EBF"/>
    <w:rsid w:val="00451912"/>
    <w:rsid w:val="004A15A7"/>
    <w:rsid w:val="005721B3"/>
    <w:rsid w:val="006821D2"/>
    <w:rsid w:val="00884EB0"/>
    <w:rsid w:val="008C6AF9"/>
    <w:rsid w:val="008D0355"/>
    <w:rsid w:val="00947F85"/>
    <w:rsid w:val="00A8404E"/>
    <w:rsid w:val="00AA1D8D"/>
    <w:rsid w:val="00B47730"/>
    <w:rsid w:val="00B870E1"/>
    <w:rsid w:val="00C205F7"/>
    <w:rsid w:val="00CB0664"/>
    <w:rsid w:val="00CB2AA9"/>
    <w:rsid w:val="00CF4E28"/>
    <w:rsid w:val="00D4238B"/>
    <w:rsid w:val="00DB35F9"/>
    <w:rsid w:val="00DC0F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5A10302"/>
  <w14:defaultImageDpi w14:val="300"/>
  <w15:docId w15:val="{B29DCB80-9E2A-45AB-97B7-59617D29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884EB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84EB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884E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1997-100-20-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load-oktatas.educatio.hu/erettsegi/nyilvanos_anyagok_2026tavasz/2810_angol_nyelv_nyelvtani_szerkezetek_2026maj.pdf" TargetMode="External"/><Relationship Id="rId12" Type="http://schemas.openxmlformats.org/officeDocument/2006/relationships/hyperlink" Target="https://www.oktatas.hu/kozneveles/erettsegi/feladatsoro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load-oktatas.educatio.hu/erettsegi/nyilvanos_anyagok_2026tavasz/2810_angol_nyelv_nyelvtani_szerkezetek_2026maj.pdf" TargetMode="External"/><Relationship Id="rId11" Type="http://schemas.openxmlformats.org/officeDocument/2006/relationships/hyperlink" Target="https://dload-oktatas.educatio.hu/erettsegi/nyilvanos_anyagok_2026tavasz/2810_angol_nyelv_nyelvtani_szerkezetek_2026maj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ktatas.hu/kozneveles/erettsegi/altalanos_tajekoztatas/erettsegi_vizsgatargya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ktatas.hu/kozneveles/erettsegi/2026tavaszi_vizsgaidoszak/2026tavasz_nyilvanos_anyagok_listaja?printMode=true&amp;utm_source=chatgp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O365 felhasználó</cp:lastModifiedBy>
  <cp:revision>2</cp:revision>
  <cp:lastPrinted>2026-02-17T06:59:00Z</cp:lastPrinted>
  <dcterms:created xsi:type="dcterms:W3CDTF">2026-08-24T21:56:00Z</dcterms:created>
  <dcterms:modified xsi:type="dcterms:W3CDTF">2026-08-24T21:56:00Z</dcterms:modified>
  <cp:category/>
</cp:coreProperties>
</file>